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1B5F" w14:textId="77777777" w:rsidR="00ED4483" w:rsidRPr="004E45FF" w:rsidRDefault="00000000">
      <w:pPr>
        <w:jc w:val="center"/>
        <w:rPr>
          <w:lang w:val="ru-RU"/>
        </w:rPr>
      </w:pPr>
      <w:r>
        <w:rPr>
          <w:b/>
          <w:color w:val="0066CC"/>
          <w:sz w:val="56"/>
        </w:rPr>
        <w:t>NEW</w:t>
      </w:r>
      <w:r w:rsidRPr="004E45FF">
        <w:rPr>
          <w:b/>
          <w:color w:val="0066CC"/>
          <w:sz w:val="56"/>
          <w:lang w:val="ru-RU"/>
        </w:rPr>
        <w:t xml:space="preserve"> </w:t>
      </w:r>
      <w:r>
        <w:rPr>
          <w:b/>
          <w:color w:val="0066CC"/>
          <w:sz w:val="56"/>
        </w:rPr>
        <w:t>REPORTER</w:t>
      </w:r>
    </w:p>
    <w:p w14:paraId="5DEFD65D" w14:textId="77777777" w:rsidR="00ED4483" w:rsidRPr="004E45FF" w:rsidRDefault="00000000">
      <w:pPr>
        <w:jc w:val="center"/>
        <w:rPr>
          <w:lang w:val="ru-RU"/>
        </w:rPr>
      </w:pPr>
      <w:r w:rsidRPr="004E45FF">
        <w:rPr>
          <w:sz w:val="32"/>
          <w:lang w:val="ru-RU"/>
        </w:rPr>
        <w:t>Конкурс на передачу управления и развития ресурса</w:t>
      </w:r>
    </w:p>
    <w:p w14:paraId="54FF993B" w14:textId="77777777" w:rsidR="00ED4483" w:rsidRPr="004E45FF" w:rsidRDefault="00000000">
      <w:pPr>
        <w:jc w:val="center"/>
        <w:rPr>
          <w:lang w:val="ru-RU"/>
        </w:rPr>
      </w:pPr>
      <w:r>
        <w:rPr>
          <w:b/>
          <w:sz w:val="40"/>
        </w:rPr>
        <w:t>NEWREPORTER</w:t>
      </w:r>
      <w:r w:rsidRPr="004E45FF">
        <w:rPr>
          <w:b/>
          <w:sz w:val="40"/>
          <w:lang w:val="ru-RU"/>
        </w:rPr>
        <w:t>.</w:t>
      </w:r>
      <w:r>
        <w:rPr>
          <w:b/>
          <w:sz w:val="40"/>
        </w:rPr>
        <w:t>ORG</w:t>
      </w:r>
      <w:r w:rsidRPr="004E45FF">
        <w:rPr>
          <w:b/>
          <w:sz w:val="40"/>
          <w:lang w:val="ru-RU"/>
        </w:rPr>
        <w:br/>
      </w:r>
      <w:r w:rsidRPr="004E45FF">
        <w:rPr>
          <w:b/>
          <w:sz w:val="40"/>
          <w:lang w:val="ru-RU"/>
        </w:rPr>
        <w:br/>
        <w:t>АНКЕТА УЧАСТНИКА</w:t>
      </w:r>
    </w:p>
    <w:p w14:paraId="6CA65867" w14:textId="77777777" w:rsidR="00ED4483" w:rsidRPr="004E45FF" w:rsidRDefault="00ED4483">
      <w:pPr>
        <w:rPr>
          <w:lang w:val="ru-RU"/>
        </w:rPr>
      </w:pPr>
    </w:p>
    <w:p w14:paraId="449A5DCE" w14:textId="77777777" w:rsidR="00ED4483" w:rsidRPr="004E45FF" w:rsidRDefault="00ED4483">
      <w:pPr>
        <w:rPr>
          <w:lang w:val="ru-RU"/>
        </w:rPr>
      </w:pPr>
    </w:p>
    <w:p w14:paraId="710D815F" w14:textId="77777777" w:rsidR="00ED4483" w:rsidRPr="004E45FF" w:rsidRDefault="00ED4483">
      <w:pPr>
        <w:rPr>
          <w:lang w:val="ru-RU"/>
        </w:rPr>
      </w:pPr>
    </w:p>
    <w:p w14:paraId="2E291C0A" w14:textId="77777777" w:rsidR="00ED4483" w:rsidRPr="004E45FF" w:rsidRDefault="00ED4483">
      <w:pPr>
        <w:rPr>
          <w:lang w:val="ru-RU"/>
        </w:rPr>
      </w:pPr>
    </w:p>
    <w:p w14:paraId="7A256F4A" w14:textId="77777777" w:rsidR="00ED4483" w:rsidRPr="004E45FF" w:rsidRDefault="00ED4483">
      <w:pPr>
        <w:rPr>
          <w:lang w:val="ru-RU"/>
        </w:rPr>
      </w:pPr>
    </w:p>
    <w:p w14:paraId="092B6AEA" w14:textId="77777777" w:rsidR="00ED4483" w:rsidRPr="004E45FF" w:rsidRDefault="00ED4483">
      <w:pPr>
        <w:rPr>
          <w:lang w:val="ru-RU"/>
        </w:rPr>
      </w:pPr>
    </w:p>
    <w:p w14:paraId="61B13E64" w14:textId="77777777" w:rsidR="00ED4483" w:rsidRPr="004E45FF" w:rsidRDefault="00ED4483">
      <w:pPr>
        <w:rPr>
          <w:lang w:val="ru-RU"/>
        </w:rPr>
      </w:pPr>
    </w:p>
    <w:p w14:paraId="67B362AF" w14:textId="77777777" w:rsidR="00ED4483" w:rsidRPr="004E45FF" w:rsidRDefault="00ED4483">
      <w:pPr>
        <w:rPr>
          <w:lang w:val="ru-RU"/>
        </w:rPr>
      </w:pPr>
    </w:p>
    <w:p w14:paraId="67DDC40A" w14:textId="77777777" w:rsidR="00ED4483" w:rsidRPr="004E45FF" w:rsidRDefault="00000000">
      <w:pPr>
        <w:jc w:val="center"/>
        <w:rPr>
          <w:lang w:val="ru-RU"/>
        </w:rPr>
      </w:pPr>
      <w:r w:rsidRPr="004E45FF">
        <w:rPr>
          <w:lang w:val="ru-RU"/>
        </w:rPr>
        <w:t>Организация: __________________________</w:t>
      </w:r>
    </w:p>
    <w:p w14:paraId="41B6A620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br w:type="page"/>
      </w:r>
    </w:p>
    <w:p w14:paraId="170FE215" w14:textId="77777777" w:rsidR="00ED4483" w:rsidRPr="004E45FF" w:rsidRDefault="00000000">
      <w:pPr>
        <w:rPr>
          <w:lang w:val="ru-RU"/>
        </w:rPr>
      </w:pPr>
      <w:r w:rsidRPr="004E45FF">
        <w:rPr>
          <w:b/>
          <w:lang w:val="ru-RU"/>
        </w:rPr>
        <w:lastRenderedPageBreak/>
        <w:t>АНКЕТА УЧАСТНИКА КОНКУРСА</w:t>
      </w:r>
    </w:p>
    <w:p w14:paraId="57610BE8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1. Полное наименование организации</w:t>
      </w:r>
    </w:p>
    <w:p w14:paraId="411299AD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19E45E3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2. Страна регистрации</w:t>
      </w:r>
    </w:p>
    <w:p w14:paraId="2FEBC63F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3211BE2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3. Год основания организации</w:t>
      </w:r>
    </w:p>
    <w:p w14:paraId="28376689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70656528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4. Организационно-правовая форма</w:t>
      </w:r>
    </w:p>
    <w:p w14:paraId="7CE69E62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36571EF2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5. Юридический адрес</w:t>
      </w:r>
    </w:p>
    <w:p w14:paraId="474B01CE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23911826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6. Веб-сайт организации</w:t>
      </w:r>
    </w:p>
    <w:p w14:paraId="10583B41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23E5F11A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7. Ссылки на социальные сети</w:t>
      </w:r>
    </w:p>
    <w:p w14:paraId="475F26AC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285B5F1D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 xml:space="preserve">8. Руководитель организации (ФИО, должность, </w:t>
      </w:r>
      <w:r>
        <w:t>email</w:t>
      </w:r>
      <w:r w:rsidRPr="004E45FF">
        <w:rPr>
          <w:lang w:val="ru-RU"/>
        </w:rPr>
        <w:t>, телефон)</w:t>
      </w:r>
    </w:p>
    <w:p w14:paraId="545CB214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3287B3E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 xml:space="preserve">9. Контактное лицо по заявке (ФИО, должность, </w:t>
      </w:r>
      <w:r>
        <w:t>email</w:t>
      </w:r>
      <w:r w:rsidRPr="004E45FF">
        <w:rPr>
          <w:lang w:val="ru-RU"/>
        </w:rPr>
        <w:t>, телефон)</w:t>
      </w:r>
    </w:p>
    <w:p w14:paraId="430CA20F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56B1FD8E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10. Кратко опишите миссию вашей организации</w:t>
      </w:r>
    </w:p>
    <w:p w14:paraId="055914D8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4581574B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11. В каких областях работает ваша организация?</w:t>
      </w:r>
    </w:p>
    <w:p w14:paraId="0DFEB443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7F5623E9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12. Сколько лет организация работает в медийной или образовательной сфере?</w:t>
      </w:r>
    </w:p>
    <w:p w14:paraId="26AC9CFA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56B28D96" w14:textId="70FBAD43" w:rsidR="004E45FF" w:rsidRPr="004E45FF" w:rsidRDefault="00000000" w:rsidP="004E45FF">
      <w:pPr>
        <w:rPr>
          <w:lang w:val="ru-RU"/>
        </w:rPr>
      </w:pPr>
      <w:r w:rsidRPr="004E45FF">
        <w:rPr>
          <w:lang w:val="ru-RU"/>
        </w:rPr>
        <w:lastRenderedPageBreak/>
        <w:t>13. Опишите три наиболее значимых проекта за последние пять лет</w:t>
      </w:r>
      <w:r w:rsidR="004E45FF" w:rsidRPr="004E45FF">
        <w:rPr>
          <w:lang w:val="ru-RU"/>
        </w:rPr>
        <w:t>,</w:t>
      </w:r>
      <w:r w:rsidR="004E45FF">
        <w:rPr>
          <w:lang w:val="ru-RU"/>
        </w:rPr>
        <w:t xml:space="preserve"> </w:t>
      </w:r>
      <w:r w:rsidR="004E45FF" w:rsidRPr="004E45FF">
        <w:rPr>
          <w:lang w:val="ru-RU"/>
        </w:rPr>
        <w:t>подтверждающих опыт организации в области медиа, образования или работы с профессиональными сообществами.</w:t>
      </w:r>
    </w:p>
    <w:p w14:paraId="24E8B21A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E056371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14. Сколько штатных сотрудников работает в организации?</w:t>
      </w:r>
    </w:p>
    <w:p w14:paraId="7FC4B146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37D1D8B8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15. Компетенции команды</w:t>
      </w:r>
    </w:p>
    <w:p w14:paraId="0873E24A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60BCE362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 xml:space="preserve">16. Ключевые сотрудники для развития </w:t>
      </w:r>
      <w:r>
        <w:t>New</w:t>
      </w:r>
      <w:r w:rsidRPr="004E45FF">
        <w:rPr>
          <w:lang w:val="ru-RU"/>
        </w:rPr>
        <w:t xml:space="preserve"> </w:t>
      </w:r>
      <w:r>
        <w:t>Reporter</w:t>
      </w:r>
    </w:p>
    <w:p w14:paraId="496C10C6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51CC6487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17. Собственные медийные или образовательные ресурсы</w:t>
      </w:r>
    </w:p>
    <w:p w14:paraId="29397EC3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1DC0D203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 xml:space="preserve">18. Почему ваша организация заинтересована в развитии </w:t>
      </w:r>
      <w:r>
        <w:t>New</w:t>
      </w:r>
      <w:r w:rsidRPr="004E45FF">
        <w:rPr>
          <w:lang w:val="ru-RU"/>
        </w:rPr>
        <w:t xml:space="preserve"> </w:t>
      </w:r>
      <w:r>
        <w:t>Reporter</w:t>
      </w:r>
      <w:r w:rsidRPr="004E45FF">
        <w:rPr>
          <w:lang w:val="ru-RU"/>
        </w:rPr>
        <w:t>?</w:t>
      </w:r>
    </w:p>
    <w:p w14:paraId="09458865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4B8E5339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 xml:space="preserve">19. Роль </w:t>
      </w:r>
      <w:r>
        <w:t>New</w:t>
      </w:r>
      <w:r w:rsidRPr="004E45FF">
        <w:rPr>
          <w:lang w:val="ru-RU"/>
        </w:rPr>
        <w:t xml:space="preserve"> </w:t>
      </w:r>
      <w:r>
        <w:t>Reporter</w:t>
      </w:r>
      <w:r w:rsidRPr="004E45FF">
        <w:rPr>
          <w:lang w:val="ru-RU"/>
        </w:rPr>
        <w:t xml:space="preserve"> для медиасообщества Центральной Азии</w:t>
      </w:r>
    </w:p>
    <w:p w14:paraId="2E1B84F4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70C856E9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20. Что необходимо сохранить?</w:t>
      </w:r>
    </w:p>
    <w:p w14:paraId="50BB136B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33E4C391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21. Какие новые направления планируются?</w:t>
      </w:r>
    </w:p>
    <w:p w14:paraId="6A2F6764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379E5FBD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22. Частота обновления сайта</w:t>
      </w:r>
    </w:p>
    <w:p w14:paraId="51CBAB87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D803A08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23. Языки публикации материалов</w:t>
      </w:r>
    </w:p>
    <w:p w14:paraId="0B3EEC2C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7F70E5B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24. Привлечение авторов и экспертов</w:t>
      </w:r>
    </w:p>
    <w:p w14:paraId="2BEE7FA5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77A39476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25. Развитие аудитории и социальных сетей</w:t>
      </w:r>
    </w:p>
    <w:p w14:paraId="5983638F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lastRenderedPageBreak/>
        <w:t>______________________________________________________________________</w:t>
      </w:r>
    </w:p>
    <w:p w14:paraId="208F45FC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26. Ресурсы организации для развития проекта</w:t>
      </w:r>
    </w:p>
    <w:p w14:paraId="337C90A4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4CC5B0FB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27. Обеспечение устойчивости проекта</w:t>
      </w:r>
    </w:p>
    <w:p w14:paraId="57235903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______________________________________________________________________</w:t>
      </w:r>
    </w:p>
    <w:p w14:paraId="021A9B0A" w14:textId="77777777" w:rsidR="00ED4483" w:rsidRPr="004E45FF" w:rsidRDefault="00000000">
      <w:pPr>
        <w:rPr>
          <w:lang w:val="ru-RU"/>
        </w:rPr>
      </w:pPr>
      <w:r w:rsidRPr="004E45FF">
        <w:rPr>
          <w:lang w:val="ru-RU"/>
        </w:rPr>
        <w:t>28. Основные риски и пути их снижения</w:t>
      </w:r>
    </w:p>
    <w:p w14:paraId="51BA8508" w14:textId="77777777" w:rsidR="00ED4483" w:rsidRDefault="00000000">
      <w:r>
        <w:t>______________________________________________________________________</w:t>
      </w:r>
    </w:p>
    <w:sectPr w:rsidR="00ED448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8382242">
    <w:abstractNumId w:val="8"/>
  </w:num>
  <w:num w:numId="2" w16cid:durableId="1531721894">
    <w:abstractNumId w:val="6"/>
  </w:num>
  <w:num w:numId="3" w16cid:durableId="557283137">
    <w:abstractNumId w:val="5"/>
  </w:num>
  <w:num w:numId="4" w16cid:durableId="6569175">
    <w:abstractNumId w:val="4"/>
  </w:num>
  <w:num w:numId="5" w16cid:durableId="779446863">
    <w:abstractNumId w:val="7"/>
  </w:num>
  <w:num w:numId="6" w16cid:durableId="1872958135">
    <w:abstractNumId w:val="3"/>
  </w:num>
  <w:num w:numId="7" w16cid:durableId="1443964204">
    <w:abstractNumId w:val="2"/>
  </w:num>
  <w:num w:numId="8" w16cid:durableId="763185336">
    <w:abstractNumId w:val="1"/>
  </w:num>
  <w:num w:numId="9" w16cid:durableId="52186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45FF"/>
    <w:rsid w:val="00AA1D8D"/>
    <w:rsid w:val="00B47730"/>
    <w:rsid w:val="00C318FC"/>
    <w:rsid w:val="00CB0664"/>
    <w:rsid w:val="00ED44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67741"/>
  <w14:defaultImageDpi w14:val="300"/>
  <w15:docId w15:val="{B78EF0A4-C539-40C4-BFDE-A9715FDA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211</Words>
  <Characters>3244</Characters>
  <Application>Microsoft Office Word</Application>
  <DocSecurity>0</DocSecurity>
  <Lines>75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 Bigaliev</dc:creator>
  <cp:keywords/>
  <dc:description>generated by python-docx</dc:description>
  <cp:lastModifiedBy>Marat Bigaliev</cp:lastModifiedBy>
  <cp:revision>2</cp:revision>
  <dcterms:created xsi:type="dcterms:W3CDTF">2026-09-17T06:57:00Z</dcterms:created>
  <dcterms:modified xsi:type="dcterms:W3CDTF">2026-09-28T13:03:00Z</dcterms:modified>
  <cp:category/>
</cp:coreProperties>
</file>